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C47D0" w14:textId="77777777" w:rsidR="00247B0F" w:rsidRDefault="00B45E8F">
      <w:pPr>
        <w:jc w:val="center"/>
      </w:pPr>
      <w:r>
        <w:rPr>
          <w:noProof/>
        </w:rPr>
        <w:drawing>
          <wp:inline distT="0" distB="0" distL="0" distR="0" wp14:anchorId="292AA8DD" wp14:editId="649D012C">
            <wp:extent cx="4114800" cy="226015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260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BF3C5" w14:textId="77777777" w:rsidR="00247B0F" w:rsidRDefault="00247B0F"/>
    <w:p w14:paraId="4B82F379" w14:textId="48A38DA6" w:rsidR="00556506" w:rsidRPr="00556506" w:rsidRDefault="00556506" w:rsidP="00556506">
      <w:pPr>
        <w:pStyle w:val="Title"/>
        <w:jc w:val="center"/>
        <w:rPr>
          <w:sz w:val="44"/>
          <w:szCs w:val="44"/>
        </w:rPr>
      </w:pPr>
      <w:r w:rsidRPr="00556506">
        <w:rPr>
          <w:sz w:val="44"/>
          <w:szCs w:val="44"/>
        </w:rPr>
        <w:t>IGNITORS FASTPITCH SOFTBALL</w:t>
      </w:r>
      <w:r w:rsidRPr="00556506">
        <w:rPr>
          <w:sz w:val="44"/>
          <w:szCs w:val="44"/>
        </w:rPr>
        <w:br/>
        <w:t>202</w:t>
      </w:r>
      <w:r w:rsidR="00B959B6">
        <w:rPr>
          <w:sz w:val="44"/>
          <w:szCs w:val="44"/>
        </w:rPr>
        <w:t>6</w:t>
      </w:r>
      <w:r w:rsidRPr="00556506">
        <w:rPr>
          <w:sz w:val="44"/>
          <w:szCs w:val="44"/>
        </w:rPr>
        <w:t>–202</w:t>
      </w:r>
      <w:r w:rsidR="00B959B6">
        <w:rPr>
          <w:sz w:val="44"/>
          <w:szCs w:val="44"/>
        </w:rPr>
        <w:t>7</w:t>
      </w:r>
      <w:r w:rsidRPr="00556506">
        <w:rPr>
          <w:sz w:val="44"/>
          <w:szCs w:val="44"/>
        </w:rPr>
        <w:t xml:space="preserve"> Sponsorship Opportunities</w:t>
      </w:r>
    </w:p>
    <w:p w14:paraId="79C344D1" w14:textId="77777777" w:rsidR="00556506" w:rsidRDefault="00556506" w:rsidP="00556506">
      <w:r>
        <w:t>Ignitors Fastpitch Softball is a registered 501(c)(3) nonprofit organization developing female athletes ages 6–18 across Greenfield and Southeastern Wisconsin.</w:t>
      </w:r>
    </w:p>
    <w:p w14:paraId="5333FA4A" w14:textId="77777777" w:rsidR="00556506" w:rsidRDefault="00556506" w:rsidP="00556506">
      <w:r>
        <w:t>Headquartered in Greenfield, our organization continues to grow regionally, bringing together athletes and families from multiple surrounding communities who share a commitment to competitive fastpitch softball and character development.</w:t>
      </w:r>
    </w:p>
    <w:p w14:paraId="0C15C62C" w14:textId="77777777" w:rsidR="00556506" w:rsidRDefault="00556506" w:rsidP="00556506">
      <w:r>
        <w:t>Our mission is to develop confident, disciplined, and skilled young athletes through competitive softball. We emphasize teamwork, leadership, sportsmanship, and personal responsibility while providing a positive and challenging experience for every player.</w:t>
      </w:r>
    </w:p>
    <w:p w14:paraId="3A603EEE" w14:textId="77777777" w:rsidR="00556506" w:rsidRDefault="00556506" w:rsidP="00556506">
      <w:r>
        <w:t>Through sponsorship support, we invest directly into league fees, tournament play, uniforms, equipment, facility access, and structured player development resources that elevate the experience for every athlete in our program.</w:t>
      </w:r>
    </w:p>
    <w:p w14:paraId="195B0C1A" w14:textId="7AF926F5" w:rsidR="00556506" w:rsidRDefault="00556506" w:rsidP="00556506">
      <w:r>
        <w:t>Sponsors receive visibility throughout the season as team banners travel with our teams and are displayed at games, tournaments, and events across Southeastern Wisconsin and beyond.</w:t>
      </w:r>
    </w:p>
    <w:p w14:paraId="54EBFA8A" w14:textId="77777777" w:rsidR="00556506" w:rsidRDefault="00556506" w:rsidP="00556506">
      <w:r>
        <w:t>Tax ID: 46-0819173</w:t>
      </w:r>
    </w:p>
    <w:p w14:paraId="0D19919F" w14:textId="77777777" w:rsidR="00556506" w:rsidRDefault="00556506" w:rsidP="00556506"/>
    <w:p w14:paraId="7BF769B4" w14:textId="77777777" w:rsidR="00556506" w:rsidRDefault="00556506" w:rsidP="00556506">
      <w:pPr>
        <w:pStyle w:val="Heading1"/>
      </w:pPr>
      <w:r>
        <w:lastRenderedPageBreak/>
        <w:t>2025–2026 Sponsorship Levels</w:t>
      </w:r>
    </w:p>
    <w:p w14:paraId="5D9F1BF8" w14:textId="77777777" w:rsidR="00556506" w:rsidRDefault="00556506" w:rsidP="00556506">
      <w:pPr>
        <w:pStyle w:val="Heading2"/>
      </w:pPr>
      <w:r>
        <w:t>Grand Slam Sponsor – $5,000+ (Limited to One Sponsor Per Season)</w:t>
      </w:r>
    </w:p>
    <w:p w14:paraId="3C00E36B" w14:textId="1F770E45" w:rsidR="00556506" w:rsidRDefault="00556506" w:rsidP="00556506">
      <w:pPr>
        <w:pStyle w:val="ListBullet"/>
      </w:pPr>
      <w:r>
        <w:t xml:space="preserve">Recognized as the Grand Slam Sponsor for the 2025–2026 </w:t>
      </w:r>
      <w:r w:rsidR="00B45E8F">
        <w:t>season.</w:t>
      </w:r>
    </w:p>
    <w:p w14:paraId="0921500C" w14:textId="776C4F02" w:rsidR="00556506" w:rsidRDefault="00556506" w:rsidP="00556506">
      <w:pPr>
        <w:pStyle w:val="ListBullet"/>
      </w:pPr>
      <w:r>
        <w:t xml:space="preserve">Prominent logo placement on team banners displayed at games, tournaments, and events throughout the </w:t>
      </w:r>
      <w:r w:rsidR="00B45E8F">
        <w:t>season.</w:t>
      </w:r>
    </w:p>
    <w:p w14:paraId="5E089D78" w14:textId="0E48C57D" w:rsidR="00556506" w:rsidRDefault="00556506" w:rsidP="00556506">
      <w:pPr>
        <w:pStyle w:val="ListBullet"/>
      </w:pPr>
      <w:r>
        <w:t xml:space="preserve">Featured logo placement on website </w:t>
      </w:r>
      <w:r w:rsidR="00B45E8F">
        <w:t>homepage.</w:t>
      </w:r>
    </w:p>
    <w:p w14:paraId="0B8DFEE1" w14:textId="77777777" w:rsidR="00556506" w:rsidRDefault="00556506" w:rsidP="00556506">
      <w:pPr>
        <w:pStyle w:val="ListBullet"/>
      </w:pPr>
      <w:r>
        <w:t>Dedicated sponsor spotlight section on the website with clickable link</w:t>
      </w:r>
    </w:p>
    <w:p w14:paraId="6177C1FF" w14:textId="77777777" w:rsidR="00556506" w:rsidRDefault="00556506" w:rsidP="00556506">
      <w:pPr>
        <w:pStyle w:val="ListBullet"/>
      </w:pPr>
      <w:r>
        <w:t>Recognition at the annual Season Kickoff Meeting (organization-wide meeting for players and families)</w:t>
      </w:r>
    </w:p>
    <w:p w14:paraId="4A5A3FAF" w14:textId="77777777" w:rsidR="00556506" w:rsidRDefault="00556506" w:rsidP="00556506">
      <w:pPr>
        <w:pStyle w:val="ListBullet"/>
      </w:pPr>
      <w:r>
        <w:t>Ongoing social media recognition throughout the season (game days, tournaments, announcements)</w:t>
      </w:r>
    </w:p>
    <w:p w14:paraId="0349F392" w14:textId="5D216C75" w:rsidR="00556506" w:rsidRDefault="00556506" w:rsidP="00556506">
      <w:pPr>
        <w:pStyle w:val="ListBullet"/>
      </w:pPr>
      <w:r>
        <w:t xml:space="preserve">Opportunity to distribute promotional materials or family offers to players and </w:t>
      </w:r>
      <w:r w:rsidR="00B45E8F">
        <w:t>families.</w:t>
      </w:r>
    </w:p>
    <w:p w14:paraId="4711D718" w14:textId="070207A6" w:rsidR="00556506" w:rsidRDefault="00556506" w:rsidP="00556506">
      <w:pPr>
        <w:pStyle w:val="ListBullet"/>
      </w:pPr>
      <w:r>
        <w:t xml:space="preserve">‘Support Our Sponsor’ messaging during tournament weekends in your service </w:t>
      </w:r>
      <w:r w:rsidR="00B45E8F">
        <w:t>area.</w:t>
      </w:r>
    </w:p>
    <w:p w14:paraId="12759043" w14:textId="77777777" w:rsidR="00556506" w:rsidRDefault="00556506" w:rsidP="00556506">
      <w:pPr>
        <w:pStyle w:val="ListBullet"/>
      </w:pPr>
      <w:r>
        <w:t>Category exclusivity (no competing sponsor in the same business category)</w:t>
      </w:r>
    </w:p>
    <w:p w14:paraId="432C0AF8" w14:textId="77777777" w:rsidR="00556506" w:rsidRDefault="00556506" w:rsidP="00556506">
      <w:pPr>
        <w:pStyle w:val="Heading2"/>
      </w:pPr>
      <w:r>
        <w:t>Home Run Sponsor – $2,500</w:t>
      </w:r>
    </w:p>
    <w:p w14:paraId="0BADA184" w14:textId="60DD695E" w:rsidR="00556506" w:rsidRDefault="00556506" w:rsidP="00556506">
      <w:pPr>
        <w:pStyle w:val="ListBullet"/>
      </w:pPr>
      <w:r>
        <w:t xml:space="preserve">Prominent logo placement on team banners displayed at games and tournaments throughout the </w:t>
      </w:r>
      <w:r w:rsidR="00B45E8F">
        <w:t>season.</w:t>
      </w:r>
    </w:p>
    <w:p w14:paraId="1F19FB21" w14:textId="77777777" w:rsidR="00556506" w:rsidRDefault="00556506" w:rsidP="00556506">
      <w:pPr>
        <w:pStyle w:val="ListBullet"/>
      </w:pPr>
      <w:r>
        <w:t>Logo placement on website sponsor page with clickable link</w:t>
      </w:r>
    </w:p>
    <w:p w14:paraId="42C3E0FA" w14:textId="77777777" w:rsidR="00556506" w:rsidRDefault="00556506" w:rsidP="00556506">
      <w:pPr>
        <w:pStyle w:val="ListBullet"/>
      </w:pPr>
      <w:r>
        <w:t>Logo included in seasonal schedule graphics or tournament weekend posts (when applicable)</w:t>
      </w:r>
    </w:p>
    <w:p w14:paraId="6F9AB54D" w14:textId="77777777" w:rsidR="00556506" w:rsidRDefault="00556506" w:rsidP="00556506">
      <w:pPr>
        <w:pStyle w:val="ListBullet"/>
      </w:pPr>
      <w:r>
        <w:t>Recognition at the annual Season Kickoff Meeting</w:t>
      </w:r>
    </w:p>
    <w:p w14:paraId="1D2A4D0D" w14:textId="77777777" w:rsidR="00556506" w:rsidRDefault="00556506" w:rsidP="00556506">
      <w:pPr>
        <w:pStyle w:val="ListBullet"/>
      </w:pPr>
      <w:r>
        <w:t>Social media recognition during the season</w:t>
      </w:r>
    </w:p>
    <w:p w14:paraId="7ADAABC8" w14:textId="77777777" w:rsidR="00556506" w:rsidRDefault="00556506" w:rsidP="00556506">
      <w:pPr>
        <w:pStyle w:val="Heading2"/>
      </w:pPr>
      <w:r>
        <w:t>Triple Sponsor – $1,000 (Most Popular Sponsorship Level)</w:t>
      </w:r>
    </w:p>
    <w:p w14:paraId="31FD2379" w14:textId="6B4CD1B0" w:rsidR="00556506" w:rsidRDefault="00556506" w:rsidP="00556506">
      <w:pPr>
        <w:pStyle w:val="ListBullet"/>
      </w:pPr>
      <w:r>
        <w:t xml:space="preserve">Business logo placement on team banners displayed at games and tournaments throughout the </w:t>
      </w:r>
      <w:r w:rsidR="00B45E8F">
        <w:t>season.</w:t>
      </w:r>
    </w:p>
    <w:p w14:paraId="5746B0B2" w14:textId="77777777" w:rsidR="00556506" w:rsidRDefault="00556506" w:rsidP="00556506">
      <w:pPr>
        <w:pStyle w:val="ListBullet"/>
      </w:pPr>
      <w:r>
        <w:t>Listing on website sponsor page with clickable link</w:t>
      </w:r>
    </w:p>
    <w:p w14:paraId="4DF59167" w14:textId="77777777" w:rsidR="00556506" w:rsidRDefault="00556506" w:rsidP="00556506">
      <w:pPr>
        <w:pStyle w:val="ListBullet"/>
      </w:pPr>
      <w:r>
        <w:t>Recognition on Ignitors Fastpitch Softball social media</w:t>
      </w:r>
    </w:p>
    <w:p w14:paraId="60D7F61B" w14:textId="77777777" w:rsidR="00556506" w:rsidRDefault="00556506" w:rsidP="00556506">
      <w:pPr>
        <w:pStyle w:val="Heading2"/>
      </w:pPr>
      <w:r>
        <w:t>Double Sponsor – $500</w:t>
      </w:r>
    </w:p>
    <w:p w14:paraId="580953E8" w14:textId="77777777" w:rsidR="00556506" w:rsidRDefault="00556506" w:rsidP="00556506">
      <w:pPr>
        <w:pStyle w:val="ListBullet"/>
      </w:pPr>
      <w:r>
        <w:t>Business name listed on team banners displayed at games and tournaments throughout the season (text recognition)</w:t>
      </w:r>
    </w:p>
    <w:p w14:paraId="78E4CCE9" w14:textId="77777777" w:rsidR="00556506" w:rsidRDefault="00556506" w:rsidP="00556506">
      <w:pPr>
        <w:pStyle w:val="ListBullet"/>
      </w:pPr>
      <w:r>
        <w:t>Listing on website sponsor page</w:t>
      </w:r>
    </w:p>
    <w:p w14:paraId="7C95FA7B" w14:textId="77777777" w:rsidR="00556506" w:rsidRDefault="00556506" w:rsidP="00556506">
      <w:pPr>
        <w:pStyle w:val="ListBullet"/>
      </w:pPr>
      <w:r>
        <w:t>Recognition on Ignitors Fastpitch Softball social media</w:t>
      </w:r>
    </w:p>
    <w:p w14:paraId="20B739FF" w14:textId="77777777" w:rsidR="00556506" w:rsidRDefault="00556506" w:rsidP="00556506">
      <w:pPr>
        <w:pStyle w:val="Heading2"/>
      </w:pPr>
      <w:r>
        <w:t>Single Sponsor – $250</w:t>
      </w:r>
    </w:p>
    <w:p w14:paraId="3038A21C" w14:textId="77777777" w:rsidR="00556506" w:rsidRDefault="00556506" w:rsidP="00556506">
      <w:pPr>
        <w:pStyle w:val="ListBullet"/>
      </w:pPr>
      <w:r>
        <w:t>Listing on website sponsor page</w:t>
      </w:r>
    </w:p>
    <w:p w14:paraId="07AFE80A" w14:textId="77777777" w:rsidR="00556506" w:rsidRDefault="00556506" w:rsidP="00556506">
      <w:pPr>
        <w:pStyle w:val="ListBullet"/>
      </w:pPr>
      <w:r>
        <w:t>Recognition on Ignitors Fastpitch Softball social media</w:t>
      </w:r>
    </w:p>
    <w:p w14:paraId="02656F46" w14:textId="77777777" w:rsidR="00556506" w:rsidRDefault="00556506" w:rsidP="00556506">
      <w:pPr>
        <w:pStyle w:val="Heading2"/>
      </w:pPr>
      <w:r>
        <w:t>Community Supporter – Any Donation Below $250</w:t>
      </w:r>
    </w:p>
    <w:p w14:paraId="086A8748" w14:textId="77777777" w:rsidR="00556506" w:rsidRDefault="00556506" w:rsidP="00556506">
      <w:pPr>
        <w:pStyle w:val="ListBullet"/>
      </w:pPr>
      <w:r>
        <w:t>Recognition in the season-end supporter appreciation post on social media</w:t>
      </w:r>
    </w:p>
    <w:p w14:paraId="69511A1A" w14:textId="77777777" w:rsidR="00556506" w:rsidRDefault="00556506" w:rsidP="00556506">
      <w:pPr>
        <w:pStyle w:val="Heading1"/>
      </w:pPr>
      <w:r>
        <w:lastRenderedPageBreak/>
        <w:t>Sponsorship Commitment Form</w:t>
      </w:r>
    </w:p>
    <w:p w14:paraId="664C2DD3" w14:textId="455157DB" w:rsidR="00556506" w:rsidRDefault="00556506" w:rsidP="00556506">
      <w:r>
        <w:t>Sponsorship Commitment Form</w:t>
      </w:r>
    </w:p>
    <w:p w14:paraId="37B20E57" w14:textId="3CCC9A20" w:rsidR="00556506" w:rsidRPr="00556506" w:rsidRDefault="00556506" w:rsidP="00556506">
      <w:pPr>
        <w:rPr>
          <w:b/>
          <w:bCs/>
        </w:rPr>
      </w:pPr>
      <w:r w:rsidRPr="00556506">
        <w:rPr>
          <w:b/>
          <w:bCs/>
        </w:rPr>
        <w:t>Please complete and return with your sponsorship payment.</w:t>
      </w:r>
    </w:p>
    <w:p w14:paraId="44DCF77F" w14:textId="77777777" w:rsidR="00556506" w:rsidRDefault="00556506" w:rsidP="00556506">
      <w:r>
        <w:rPr>
          <w:rFonts w:ascii="Segoe UI Symbol" w:hAnsi="Segoe UI Symbol" w:cs="Segoe UI Symbol"/>
        </w:rPr>
        <w:t>☐</w:t>
      </w:r>
      <w:r>
        <w:t xml:space="preserve"> Grand Slam Sponsor – $5,000</w:t>
      </w:r>
    </w:p>
    <w:p w14:paraId="6C0F9F72" w14:textId="77777777" w:rsidR="00556506" w:rsidRDefault="00556506" w:rsidP="00556506">
      <w:r>
        <w:rPr>
          <w:rFonts w:ascii="Segoe UI Symbol" w:hAnsi="Segoe UI Symbol" w:cs="Segoe UI Symbol"/>
        </w:rPr>
        <w:t>☐</w:t>
      </w:r>
      <w:r>
        <w:t xml:space="preserve"> Home Run Sponsor – $2,500</w:t>
      </w:r>
    </w:p>
    <w:p w14:paraId="2E64D03A" w14:textId="77777777" w:rsidR="00556506" w:rsidRDefault="00556506" w:rsidP="00556506">
      <w:r>
        <w:rPr>
          <w:rFonts w:ascii="Segoe UI Symbol" w:hAnsi="Segoe UI Symbol" w:cs="Segoe UI Symbol"/>
        </w:rPr>
        <w:t>☐</w:t>
      </w:r>
      <w:r>
        <w:t xml:space="preserve"> Triple Sponsor – $1,000</w:t>
      </w:r>
    </w:p>
    <w:p w14:paraId="6C9505A1" w14:textId="77777777" w:rsidR="00556506" w:rsidRDefault="00556506" w:rsidP="00556506">
      <w:r>
        <w:rPr>
          <w:rFonts w:ascii="Segoe UI Symbol" w:hAnsi="Segoe UI Symbol" w:cs="Segoe UI Symbol"/>
        </w:rPr>
        <w:t>☐</w:t>
      </w:r>
      <w:r>
        <w:t xml:space="preserve"> Double Sponsor – $500</w:t>
      </w:r>
    </w:p>
    <w:p w14:paraId="2C05D30C" w14:textId="77777777" w:rsidR="00556506" w:rsidRDefault="00556506" w:rsidP="00556506">
      <w:r>
        <w:rPr>
          <w:rFonts w:ascii="Segoe UI Symbol" w:hAnsi="Segoe UI Symbol" w:cs="Segoe UI Symbol"/>
        </w:rPr>
        <w:t>☐</w:t>
      </w:r>
      <w:r>
        <w:t xml:space="preserve"> Single Sponsor – $250</w:t>
      </w:r>
    </w:p>
    <w:p w14:paraId="767E3A04" w14:textId="77777777" w:rsidR="00556506" w:rsidRDefault="00556506" w:rsidP="00556506">
      <w:r>
        <w:rPr>
          <w:rFonts w:ascii="Segoe UI Symbol" w:hAnsi="Segoe UI Symbol" w:cs="Segoe UI Symbol"/>
        </w:rPr>
        <w:t>☐</w:t>
      </w:r>
      <w:r>
        <w:t xml:space="preserve"> Community Supporter</w:t>
      </w:r>
    </w:p>
    <w:p w14:paraId="6384904E" w14:textId="77777777" w:rsidR="00556506" w:rsidRDefault="00556506" w:rsidP="00556506">
      <w:r>
        <w:rPr>
          <w:rFonts w:ascii="Segoe UI Symbol" w:hAnsi="Segoe UI Symbol" w:cs="Segoe UI Symbol"/>
        </w:rPr>
        <w:t>☐</w:t>
      </w:r>
      <w:r>
        <w:t xml:space="preserve"> Contact me regarding a custom sponsorship</w:t>
      </w:r>
    </w:p>
    <w:p w14:paraId="6FA0ED0E" w14:textId="77777777" w:rsidR="00556506" w:rsidRDefault="00556506" w:rsidP="00556506"/>
    <w:p w14:paraId="0BB3216F" w14:textId="68ACFF70" w:rsidR="00556506" w:rsidRDefault="00556506" w:rsidP="00556506">
      <w:r>
        <w:t>Contact Name: ______________________________________________</w:t>
      </w:r>
      <w:r w:rsidR="00061F11">
        <w:t>________</w:t>
      </w:r>
    </w:p>
    <w:p w14:paraId="72164FCD" w14:textId="77777777" w:rsidR="00556506" w:rsidRDefault="00556506" w:rsidP="00556506">
      <w:r>
        <w:t>Company Name (as it should appear): ___________________________</w:t>
      </w:r>
    </w:p>
    <w:p w14:paraId="5D005951" w14:textId="3CE6647B" w:rsidR="00556506" w:rsidRDefault="00556506" w:rsidP="00556506">
      <w:r>
        <w:t>Website URL: _______________________________________________</w:t>
      </w:r>
      <w:r w:rsidR="00061F11">
        <w:t>_______</w:t>
      </w:r>
      <w:r>
        <w:t>_</w:t>
      </w:r>
    </w:p>
    <w:p w14:paraId="716F5D5A" w14:textId="7FBF4AFE" w:rsidR="00556506" w:rsidRDefault="00556506" w:rsidP="00556506">
      <w:r>
        <w:t>Address: ___________________________________________________</w:t>
      </w:r>
      <w:r w:rsidR="00061F11">
        <w:t>_______</w:t>
      </w:r>
      <w:r>
        <w:t>__</w:t>
      </w:r>
    </w:p>
    <w:p w14:paraId="585D393C" w14:textId="389D3DEB" w:rsidR="00556506" w:rsidRDefault="00556506" w:rsidP="00556506">
      <w:r>
        <w:t>City: _________________________ State: ________ Zip: __________</w:t>
      </w:r>
      <w:r w:rsidR="00061F11">
        <w:t>________</w:t>
      </w:r>
    </w:p>
    <w:p w14:paraId="0B69903C" w14:textId="1D291125" w:rsidR="00556506" w:rsidRDefault="00556506" w:rsidP="00556506">
      <w:r>
        <w:t>Email: ______________________________________________________</w:t>
      </w:r>
      <w:r w:rsidR="00061F11">
        <w:t>________</w:t>
      </w:r>
      <w:r>
        <w:t>_</w:t>
      </w:r>
    </w:p>
    <w:p w14:paraId="6BCF14AD" w14:textId="06524F54" w:rsidR="00556506" w:rsidRDefault="00556506" w:rsidP="00556506">
      <w:r>
        <w:t>Phone: ______________________________________________________</w:t>
      </w:r>
      <w:r w:rsidR="00061F11">
        <w:t>_______</w:t>
      </w:r>
      <w:r>
        <w:t>_</w:t>
      </w:r>
    </w:p>
    <w:p w14:paraId="02592A9C" w14:textId="77777777" w:rsidR="00556506" w:rsidRDefault="00556506" w:rsidP="00556506"/>
    <w:p w14:paraId="5520F65B" w14:textId="0F3C12E7" w:rsidR="00556506" w:rsidRDefault="00556506" w:rsidP="00556506">
      <w:r>
        <w:t xml:space="preserve">Make checks payable to: </w:t>
      </w:r>
      <w:r w:rsidRPr="00556506">
        <w:rPr>
          <w:b/>
          <w:bCs/>
        </w:rPr>
        <w:t>Ignitors Fastpitch Softball</w:t>
      </w:r>
    </w:p>
    <w:p w14:paraId="6C97E84F" w14:textId="77777777" w:rsidR="00556506" w:rsidRDefault="00556506" w:rsidP="00556506">
      <w:r>
        <w:t>Mail to:</w:t>
      </w:r>
    </w:p>
    <w:p w14:paraId="1AB80414" w14:textId="77777777" w:rsidR="00556506" w:rsidRDefault="00556506" w:rsidP="00556506">
      <w:pPr>
        <w:spacing w:after="0" w:line="240" w:lineRule="auto"/>
      </w:pPr>
      <w:r>
        <w:t>Ignitors Fastpitch Softball</w:t>
      </w:r>
    </w:p>
    <w:p w14:paraId="208143F7" w14:textId="77777777" w:rsidR="00556506" w:rsidRDefault="00556506" w:rsidP="00556506">
      <w:pPr>
        <w:spacing w:after="0" w:line="240" w:lineRule="auto"/>
      </w:pPr>
      <w:r>
        <w:t>c/o Robert Manke</w:t>
      </w:r>
    </w:p>
    <w:p w14:paraId="1A192643" w14:textId="77777777" w:rsidR="00556506" w:rsidRDefault="00556506" w:rsidP="00556506">
      <w:pPr>
        <w:spacing w:after="0" w:line="240" w:lineRule="auto"/>
      </w:pPr>
      <w:r>
        <w:t>2970 West Thorncrest Drive</w:t>
      </w:r>
    </w:p>
    <w:p w14:paraId="6240D965" w14:textId="77777777" w:rsidR="00556506" w:rsidRDefault="00556506" w:rsidP="00556506">
      <w:pPr>
        <w:spacing w:after="0" w:line="240" w:lineRule="auto"/>
      </w:pPr>
      <w:r>
        <w:t>Franklin, WI 53132</w:t>
      </w:r>
    </w:p>
    <w:p w14:paraId="085A3A01" w14:textId="77777777" w:rsidR="00556506" w:rsidRDefault="00556506" w:rsidP="00556506">
      <w:pPr>
        <w:spacing w:after="0" w:line="240" w:lineRule="auto"/>
      </w:pPr>
    </w:p>
    <w:p w14:paraId="1EC63DFA" w14:textId="6CE0D50D" w:rsidR="00556506" w:rsidRDefault="00556506" w:rsidP="00556506">
      <w:pPr>
        <w:spacing w:after="0" w:line="240" w:lineRule="auto"/>
      </w:pPr>
      <w:r>
        <w:t>For questions, please contact:</w:t>
      </w:r>
    </w:p>
    <w:p w14:paraId="09AC1191" w14:textId="65CAF32C" w:rsidR="00247B0F" w:rsidRDefault="00556506" w:rsidP="00061F11">
      <w:r>
        <w:t>Robert Manke – mancow434@sbcglobal.net</w:t>
      </w:r>
    </w:p>
    <w:sectPr w:rsidR="00247B0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43843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0803053">
    <w:abstractNumId w:val="8"/>
  </w:num>
  <w:num w:numId="2" w16cid:durableId="706611169">
    <w:abstractNumId w:val="6"/>
  </w:num>
  <w:num w:numId="3" w16cid:durableId="680275320">
    <w:abstractNumId w:val="5"/>
  </w:num>
  <w:num w:numId="4" w16cid:durableId="640774478">
    <w:abstractNumId w:val="4"/>
  </w:num>
  <w:num w:numId="5" w16cid:durableId="1425690522">
    <w:abstractNumId w:val="7"/>
  </w:num>
  <w:num w:numId="6" w16cid:durableId="935404439">
    <w:abstractNumId w:val="3"/>
  </w:num>
  <w:num w:numId="7" w16cid:durableId="1048528805">
    <w:abstractNumId w:val="2"/>
  </w:num>
  <w:num w:numId="8" w16cid:durableId="609555350">
    <w:abstractNumId w:val="1"/>
  </w:num>
  <w:num w:numId="9" w16cid:durableId="195166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1F11"/>
    <w:rsid w:val="0015074B"/>
    <w:rsid w:val="0016404C"/>
    <w:rsid w:val="00247B0F"/>
    <w:rsid w:val="0029639D"/>
    <w:rsid w:val="00326F90"/>
    <w:rsid w:val="00480796"/>
    <w:rsid w:val="005150E1"/>
    <w:rsid w:val="00556506"/>
    <w:rsid w:val="005A7176"/>
    <w:rsid w:val="00605045"/>
    <w:rsid w:val="00AA1D8D"/>
    <w:rsid w:val="00B131C0"/>
    <w:rsid w:val="00B431B6"/>
    <w:rsid w:val="00B45E8F"/>
    <w:rsid w:val="00B47730"/>
    <w:rsid w:val="00B959B6"/>
    <w:rsid w:val="00C6078F"/>
    <w:rsid w:val="00C8737E"/>
    <w:rsid w:val="00CB0664"/>
    <w:rsid w:val="00D20FEA"/>
    <w:rsid w:val="00ED4305"/>
    <w:rsid w:val="00F572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5CEFEF"/>
  <w14:defaultImageDpi w14:val="300"/>
  <w15:docId w15:val="{22CBEEFE-0EC8-45D7-B7EE-214ADFDC2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Manke</dc:creator>
  <cp:keywords/>
  <cp:lastModifiedBy>Robert Manke</cp:lastModifiedBy>
  <cp:revision>3</cp:revision>
  <dcterms:created xsi:type="dcterms:W3CDTF">2026-10-06T20:38:00Z</dcterms:created>
  <dcterms:modified xsi:type="dcterms:W3CDTF">2026-10-06T20:41:00Z</dcterms:modified>
  <cp:category/>
</cp:coreProperties>
</file>